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3318C" w14:textId="2DFC360A" w:rsidR="009874C5" w:rsidRDefault="009874C5" w:rsidP="009874C5">
      <w:pPr>
        <w:pStyle w:val="Heading1"/>
        <w:jc w:val="center"/>
        <w:rPr>
          <w:rFonts w:cstheme="majorHAnsi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69A54E1E" wp14:editId="13CB889E">
            <wp:simplePos x="0" y="0"/>
            <wp:positionH relativeFrom="column">
              <wp:posOffset>-541020</wp:posOffset>
            </wp:positionH>
            <wp:positionV relativeFrom="paragraph">
              <wp:posOffset>-327660</wp:posOffset>
            </wp:positionV>
            <wp:extent cx="731520" cy="887013"/>
            <wp:effectExtent l="0" t="0" r="0" b="0"/>
            <wp:wrapTight wrapText="bothSides">
              <wp:wrapPolygon edited="0">
                <wp:start x="1688" y="0"/>
                <wp:lineTo x="1125" y="12069"/>
                <wp:lineTo x="3938" y="15782"/>
                <wp:lineTo x="2250" y="17639"/>
                <wp:lineTo x="2813" y="20888"/>
                <wp:lineTo x="19688" y="20888"/>
                <wp:lineTo x="20250" y="17639"/>
                <wp:lineTo x="18000" y="15782"/>
                <wp:lineTo x="20813" y="14854"/>
                <wp:lineTo x="20813" y="0"/>
                <wp:lineTo x="1688" y="0"/>
              </wp:wrapPolygon>
            </wp:wrapTight>
            <wp:docPr id="336124560" name="Picture 1" descr="A blue and white shield with a sword and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124560" name="Picture 1" descr="A blue and white shield with a sword and book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887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theme="majorHAnsi"/>
        </w:rPr>
        <w:t xml:space="preserve">Pupil Leadership Team Visit </w:t>
      </w:r>
    </w:p>
    <w:p w14:paraId="266D514A" w14:textId="41CEAC0B" w:rsidR="009874C5" w:rsidRPr="009874C5" w:rsidRDefault="009874C5" w:rsidP="009874C5">
      <w:pPr>
        <w:jc w:val="center"/>
        <w:rPr>
          <w:rFonts w:asciiTheme="majorHAnsi" w:hAnsiTheme="majorHAnsi" w:cstheme="majorHAnsi"/>
          <w:u w:val="single"/>
        </w:rPr>
      </w:pPr>
      <w:r w:rsidRPr="009874C5">
        <w:rPr>
          <w:rFonts w:asciiTheme="majorHAnsi" w:hAnsiTheme="majorHAnsi" w:cstheme="majorHAnsi"/>
          <w:u w:val="single"/>
        </w:rPr>
        <w:t>Thursday 24</w:t>
      </w:r>
      <w:r w:rsidRPr="009874C5">
        <w:rPr>
          <w:rFonts w:asciiTheme="majorHAnsi" w:hAnsiTheme="majorHAnsi" w:cstheme="majorHAnsi"/>
          <w:u w:val="single"/>
          <w:vertAlign w:val="superscript"/>
        </w:rPr>
        <w:t>th</w:t>
      </w:r>
      <w:r w:rsidRPr="009874C5">
        <w:rPr>
          <w:rFonts w:asciiTheme="majorHAnsi" w:hAnsiTheme="majorHAnsi" w:cstheme="majorHAnsi"/>
          <w:u w:val="single"/>
        </w:rPr>
        <w:t xml:space="preserve"> October 2025 </w:t>
      </w:r>
    </w:p>
    <w:p w14:paraId="7724FA32" w14:textId="71E7BF83" w:rsidR="00424B90" w:rsidRDefault="00D67C50">
      <w:pPr>
        <w:pStyle w:val="Heading1"/>
      </w:pPr>
      <w:r>
        <w:t>I</w:t>
      </w:r>
      <w:r>
        <w:t xml:space="preserve">nterview </w:t>
      </w:r>
      <w:r w:rsidR="009D6ACF">
        <w:t xml:space="preserve">with </w:t>
      </w:r>
      <w:proofErr w:type="spellStart"/>
      <w:r w:rsidR="009D6ACF">
        <w:t>Mr</w:t>
      </w:r>
      <w:proofErr w:type="spellEnd"/>
      <w:r w:rsidR="009874C5">
        <w:t xml:space="preserve"> Alex Davies</w:t>
      </w:r>
      <w:r>
        <w:t xml:space="preserve"> CEO</w:t>
      </w:r>
      <w:r w:rsidR="009874C5">
        <w:t xml:space="preserve"> of Orchard Multi Academy Trust</w:t>
      </w:r>
    </w:p>
    <w:p w14:paraId="7CF6F533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</w:rPr>
      </w:pPr>
    </w:p>
    <w:p w14:paraId="1E1F4AF8" w14:textId="35A73714" w:rsidR="009874C5" w:rsidRPr="001A78D6" w:rsidRDefault="003511B9" w:rsidP="009874C5">
      <w:pPr>
        <w:pStyle w:val="ListNumber"/>
        <w:numPr>
          <w:ilvl w:val="0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  <w:color w:val="EE0000"/>
        </w:rPr>
        <w:t xml:space="preserve">Rosie: </w:t>
      </w:r>
      <w:r w:rsidR="009874C5" w:rsidRPr="001A78D6">
        <w:rPr>
          <w:rFonts w:asciiTheme="majorHAnsi" w:hAnsiTheme="majorHAnsi" w:cstheme="majorHAnsi"/>
        </w:rPr>
        <w:t xml:space="preserve">What does CEO stand for and what do you do as your job? </w:t>
      </w:r>
    </w:p>
    <w:p w14:paraId="4BAA5D5E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720"/>
        <w:rPr>
          <w:rFonts w:asciiTheme="majorHAnsi" w:hAnsiTheme="majorHAnsi" w:cstheme="majorHAnsi"/>
        </w:rPr>
      </w:pPr>
    </w:p>
    <w:p w14:paraId="47AA7414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720"/>
        <w:rPr>
          <w:rFonts w:asciiTheme="majorHAnsi" w:hAnsiTheme="majorHAnsi" w:cstheme="majorHAnsi"/>
        </w:rPr>
      </w:pPr>
    </w:p>
    <w:p w14:paraId="1E12694F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720"/>
        <w:rPr>
          <w:rFonts w:asciiTheme="majorHAnsi" w:hAnsiTheme="majorHAnsi" w:cstheme="majorHAnsi"/>
        </w:rPr>
      </w:pPr>
    </w:p>
    <w:p w14:paraId="25890851" w14:textId="05E0870C" w:rsidR="00424B90" w:rsidRPr="001A78D6" w:rsidRDefault="003511B9" w:rsidP="009874C5">
      <w:pPr>
        <w:pStyle w:val="ListNumber"/>
        <w:numPr>
          <w:ilvl w:val="0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  <w:color w:val="EE0000"/>
        </w:rPr>
        <w:t xml:space="preserve">Noah: </w:t>
      </w:r>
      <w:r w:rsidR="009874C5" w:rsidRPr="001A78D6">
        <w:rPr>
          <w:rFonts w:asciiTheme="majorHAnsi" w:hAnsiTheme="majorHAnsi" w:cstheme="majorHAnsi"/>
        </w:rPr>
        <w:t>What qualities</w:t>
      </w:r>
      <w:r w:rsidR="009874C5" w:rsidRPr="001A78D6">
        <w:rPr>
          <w:rFonts w:asciiTheme="majorHAnsi" w:hAnsiTheme="majorHAnsi" w:cstheme="majorHAnsi"/>
        </w:rPr>
        <w:t xml:space="preserve"> do you think</w:t>
      </w:r>
      <w:r w:rsidR="009874C5" w:rsidRPr="001A78D6">
        <w:rPr>
          <w:rFonts w:asciiTheme="majorHAnsi" w:hAnsiTheme="majorHAnsi" w:cstheme="majorHAnsi"/>
        </w:rPr>
        <w:t xml:space="preserve"> </w:t>
      </w:r>
      <w:r w:rsidR="009874C5" w:rsidRPr="001A78D6">
        <w:rPr>
          <w:rFonts w:asciiTheme="majorHAnsi" w:hAnsiTheme="majorHAnsi" w:cstheme="majorHAnsi"/>
        </w:rPr>
        <w:t xml:space="preserve">you need to have to be a </w:t>
      </w:r>
      <w:r w:rsidR="009874C5" w:rsidRPr="001A78D6">
        <w:rPr>
          <w:rFonts w:asciiTheme="majorHAnsi" w:hAnsiTheme="majorHAnsi" w:cstheme="majorHAnsi"/>
        </w:rPr>
        <w:t>good CEO?</w:t>
      </w:r>
    </w:p>
    <w:p w14:paraId="29BBC7B1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720"/>
        <w:rPr>
          <w:rFonts w:asciiTheme="majorHAnsi" w:hAnsiTheme="majorHAnsi" w:cstheme="majorHAnsi"/>
        </w:rPr>
      </w:pPr>
    </w:p>
    <w:p w14:paraId="2EF1E1A6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720"/>
        <w:rPr>
          <w:rFonts w:asciiTheme="majorHAnsi" w:hAnsiTheme="majorHAnsi" w:cstheme="majorHAnsi"/>
        </w:rPr>
      </w:pPr>
    </w:p>
    <w:p w14:paraId="2284623F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720"/>
        <w:rPr>
          <w:rFonts w:asciiTheme="majorHAnsi" w:hAnsiTheme="majorHAnsi" w:cstheme="majorHAnsi"/>
        </w:rPr>
      </w:pPr>
    </w:p>
    <w:p w14:paraId="31C2B0B2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720"/>
        <w:rPr>
          <w:rFonts w:asciiTheme="majorHAnsi" w:hAnsiTheme="majorHAnsi" w:cstheme="majorHAnsi"/>
        </w:rPr>
      </w:pPr>
    </w:p>
    <w:p w14:paraId="1A89DCAF" w14:textId="281EFC66" w:rsidR="009874C5" w:rsidRPr="001A78D6" w:rsidRDefault="003511B9" w:rsidP="009874C5">
      <w:pPr>
        <w:pStyle w:val="ListNumber"/>
        <w:numPr>
          <w:ilvl w:val="0"/>
          <w:numId w:val="10"/>
        </w:num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  <w:b/>
          <w:bCs/>
          <w:color w:val="EE0000"/>
        </w:rPr>
        <w:t>Aadhu</w:t>
      </w:r>
      <w:proofErr w:type="spellEnd"/>
      <w:r>
        <w:rPr>
          <w:rFonts w:asciiTheme="majorHAnsi" w:hAnsiTheme="majorHAnsi" w:cstheme="majorHAnsi"/>
          <w:b/>
          <w:bCs/>
          <w:color w:val="EE0000"/>
        </w:rPr>
        <w:t xml:space="preserve">: </w:t>
      </w:r>
      <w:r w:rsidR="009874C5" w:rsidRPr="001A78D6">
        <w:rPr>
          <w:rFonts w:asciiTheme="majorHAnsi" w:hAnsiTheme="majorHAnsi" w:cstheme="majorHAnsi"/>
        </w:rPr>
        <w:t>What personality traits and qualities do we need to develop to become good leaders in the future?</w:t>
      </w:r>
    </w:p>
    <w:p w14:paraId="6EC47F04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</w:rPr>
      </w:pPr>
    </w:p>
    <w:p w14:paraId="74A4BF1A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</w:rPr>
      </w:pPr>
    </w:p>
    <w:p w14:paraId="26A17CB6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</w:rPr>
      </w:pPr>
    </w:p>
    <w:p w14:paraId="3CEEA0C4" w14:textId="77777777" w:rsidR="009874C5" w:rsidRPr="001A78D6" w:rsidRDefault="009874C5" w:rsidP="009874C5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</w:rPr>
      </w:pPr>
    </w:p>
    <w:p w14:paraId="78EC4116" w14:textId="268064EB" w:rsidR="009874C5" w:rsidRPr="001A78D6" w:rsidRDefault="003511B9" w:rsidP="009874C5">
      <w:pPr>
        <w:pStyle w:val="ListNumber"/>
        <w:numPr>
          <w:ilvl w:val="0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  <w:color w:val="EE0000"/>
        </w:rPr>
        <w:t xml:space="preserve">Connor: </w:t>
      </w:r>
      <w:r w:rsidR="009874C5" w:rsidRPr="001A78D6">
        <w:rPr>
          <w:rFonts w:asciiTheme="majorHAnsi" w:hAnsiTheme="majorHAnsi" w:cstheme="majorHAnsi"/>
        </w:rPr>
        <w:t>What kind of education or qualifications do you need to become a CEO?</w:t>
      </w:r>
    </w:p>
    <w:p w14:paraId="39FCEE5A" w14:textId="77777777" w:rsidR="009874C5" w:rsidRPr="001A78D6" w:rsidRDefault="009874C5" w:rsidP="009874C5">
      <w:pPr>
        <w:pStyle w:val="ListParagraph"/>
        <w:rPr>
          <w:rFonts w:asciiTheme="majorHAnsi" w:hAnsiTheme="majorHAnsi" w:cstheme="majorHAnsi"/>
        </w:rPr>
      </w:pPr>
    </w:p>
    <w:p w14:paraId="7E7BAA42" w14:textId="77777777" w:rsidR="009874C5" w:rsidRPr="001A78D6" w:rsidRDefault="009874C5" w:rsidP="009874C5">
      <w:pPr>
        <w:pStyle w:val="ListParagraph"/>
        <w:rPr>
          <w:rFonts w:asciiTheme="majorHAnsi" w:hAnsiTheme="majorHAnsi" w:cstheme="majorHAnsi"/>
        </w:rPr>
      </w:pPr>
    </w:p>
    <w:p w14:paraId="4AA03B68" w14:textId="77777777" w:rsidR="009874C5" w:rsidRPr="001A78D6" w:rsidRDefault="009874C5" w:rsidP="009874C5">
      <w:pPr>
        <w:pStyle w:val="ListParagraph"/>
        <w:rPr>
          <w:rFonts w:asciiTheme="majorHAnsi" w:hAnsiTheme="majorHAnsi" w:cstheme="majorHAnsi"/>
        </w:rPr>
      </w:pPr>
    </w:p>
    <w:p w14:paraId="05341457" w14:textId="0DF33F18" w:rsidR="009874C5" w:rsidRPr="001A78D6" w:rsidRDefault="003511B9" w:rsidP="009874C5">
      <w:pPr>
        <w:pStyle w:val="ListNumber"/>
        <w:numPr>
          <w:ilvl w:val="0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  <w:color w:val="EE0000"/>
        </w:rPr>
        <w:t xml:space="preserve">Kenan: </w:t>
      </w:r>
      <w:r w:rsidR="009874C5" w:rsidRPr="001A78D6">
        <w:rPr>
          <w:rFonts w:asciiTheme="majorHAnsi" w:hAnsiTheme="majorHAnsi" w:cstheme="majorHAnsi"/>
        </w:rPr>
        <w:t xml:space="preserve">What is your favourite part of your job? </w:t>
      </w:r>
    </w:p>
    <w:p w14:paraId="18BD713A" w14:textId="77777777" w:rsidR="009874C5" w:rsidRPr="001A78D6" w:rsidRDefault="009874C5" w:rsidP="009874C5">
      <w:pPr>
        <w:pStyle w:val="ListParagraph"/>
        <w:rPr>
          <w:rFonts w:asciiTheme="majorHAnsi" w:hAnsiTheme="majorHAnsi" w:cstheme="majorHAnsi"/>
        </w:rPr>
      </w:pPr>
    </w:p>
    <w:p w14:paraId="134DC296" w14:textId="77777777" w:rsidR="009874C5" w:rsidRPr="001A78D6" w:rsidRDefault="009874C5" w:rsidP="009874C5">
      <w:pPr>
        <w:pStyle w:val="ListParagraph"/>
        <w:rPr>
          <w:rFonts w:asciiTheme="majorHAnsi" w:hAnsiTheme="majorHAnsi" w:cstheme="majorHAnsi"/>
        </w:rPr>
      </w:pPr>
    </w:p>
    <w:p w14:paraId="7F2DC610" w14:textId="77777777" w:rsidR="009874C5" w:rsidRPr="001A78D6" w:rsidRDefault="009874C5" w:rsidP="009874C5">
      <w:pPr>
        <w:pStyle w:val="ListParagraph"/>
        <w:rPr>
          <w:rFonts w:asciiTheme="majorHAnsi" w:hAnsiTheme="majorHAnsi" w:cstheme="majorHAnsi"/>
        </w:rPr>
      </w:pPr>
    </w:p>
    <w:p w14:paraId="6868D4ED" w14:textId="677B7661" w:rsidR="009874C5" w:rsidRPr="001A78D6" w:rsidRDefault="003511B9" w:rsidP="009874C5">
      <w:pPr>
        <w:pStyle w:val="ListNumber"/>
        <w:numPr>
          <w:ilvl w:val="0"/>
          <w:numId w:val="10"/>
        </w:numPr>
        <w:rPr>
          <w:rFonts w:asciiTheme="majorHAnsi" w:hAnsiTheme="majorHAnsi" w:cstheme="majorHAnsi"/>
        </w:rPr>
      </w:pPr>
      <w:r w:rsidRPr="003511B9">
        <w:rPr>
          <w:rFonts w:asciiTheme="majorHAnsi" w:hAnsiTheme="majorHAnsi" w:cstheme="majorHAnsi"/>
          <w:b/>
          <w:bCs/>
          <w:color w:val="EE0000"/>
        </w:rPr>
        <w:t>Edith:</w:t>
      </w:r>
      <w:r w:rsidRPr="003511B9">
        <w:rPr>
          <w:rFonts w:asciiTheme="majorHAnsi" w:hAnsiTheme="majorHAnsi" w:cstheme="majorHAnsi"/>
          <w:color w:val="EE0000"/>
        </w:rPr>
        <w:t xml:space="preserve"> </w:t>
      </w:r>
      <w:r w:rsidR="009874C5" w:rsidRPr="001A78D6">
        <w:rPr>
          <w:rFonts w:asciiTheme="majorHAnsi" w:hAnsiTheme="majorHAnsi" w:cstheme="majorHAnsi"/>
        </w:rPr>
        <w:t xml:space="preserve">What is the most challenging part of the job? </w:t>
      </w:r>
    </w:p>
    <w:p w14:paraId="7103A92D" w14:textId="77777777" w:rsidR="009874C5" w:rsidRPr="001A78D6" w:rsidRDefault="009874C5" w:rsidP="009874C5">
      <w:pPr>
        <w:pStyle w:val="ListParagraph"/>
        <w:rPr>
          <w:rFonts w:asciiTheme="majorHAnsi" w:hAnsiTheme="majorHAnsi" w:cstheme="majorHAnsi"/>
        </w:rPr>
      </w:pPr>
    </w:p>
    <w:p w14:paraId="186F34A2" w14:textId="77777777" w:rsidR="009874C5" w:rsidRPr="001A78D6" w:rsidRDefault="009874C5" w:rsidP="009874C5">
      <w:pPr>
        <w:pStyle w:val="ListParagraph"/>
        <w:rPr>
          <w:rFonts w:asciiTheme="majorHAnsi" w:hAnsiTheme="majorHAnsi" w:cstheme="majorHAnsi"/>
        </w:rPr>
      </w:pPr>
    </w:p>
    <w:p w14:paraId="0D43410E" w14:textId="77777777" w:rsidR="009874C5" w:rsidRPr="001A78D6" w:rsidRDefault="009874C5" w:rsidP="009874C5">
      <w:pPr>
        <w:pStyle w:val="ListParagraph"/>
        <w:rPr>
          <w:rFonts w:asciiTheme="majorHAnsi" w:hAnsiTheme="majorHAnsi" w:cstheme="majorHAnsi"/>
        </w:rPr>
      </w:pPr>
    </w:p>
    <w:p w14:paraId="31DFC7E0" w14:textId="37CB8815" w:rsidR="009874C5" w:rsidRPr="001A78D6" w:rsidRDefault="003511B9" w:rsidP="009874C5">
      <w:pPr>
        <w:pStyle w:val="ListNumber"/>
        <w:numPr>
          <w:ilvl w:val="0"/>
          <w:numId w:val="10"/>
        </w:numPr>
        <w:rPr>
          <w:rFonts w:asciiTheme="majorHAnsi" w:hAnsiTheme="majorHAnsi" w:cstheme="majorHAnsi"/>
        </w:rPr>
      </w:pPr>
      <w:proofErr w:type="spellStart"/>
      <w:r w:rsidRPr="003511B9">
        <w:rPr>
          <w:rFonts w:asciiTheme="majorHAnsi" w:hAnsiTheme="majorHAnsi" w:cstheme="majorHAnsi"/>
          <w:b/>
          <w:bCs/>
          <w:color w:val="EE0000"/>
        </w:rPr>
        <w:t>Aadhu</w:t>
      </w:r>
      <w:proofErr w:type="spellEnd"/>
      <w:r w:rsidRPr="003511B9">
        <w:rPr>
          <w:rFonts w:asciiTheme="majorHAnsi" w:hAnsiTheme="majorHAnsi" w:cstheme="majorHAnsi"/>
          <w:b/>
          <w:bCs/>
          <w:color w:val="EE0000"/>
        </w:rPr>
        <w:t>:</w:t>
      </w:r>
      <w:r w:rsidRPr="003511B9">
        <w:rPr>
          <w:rFonts w:asciiTheme="majorHAnsi" w:hAnsiTheme="majorHAnsi" w:cstheme="majorHAnsi"/>
          <w:color w:val="EE0000"/>
        </w:rPr>
        <w:t xml:space="preserve"> </w:t>
      </w:r>
      <w:r w:rsidR="009874C5" w:rsidRPr="001A78D6">
        <w:rPr>
          <w:rFonts w:asciiTheme="majorHAnsi" w:hAnsiTheme="majorHAnsi" w:cstheme="majorHAnsi"/>
        </w:rPr>
        <w:t xml:space="preserve">What advice would you give to us about how to become a leader of the future? </w:t>
      </w:r>
    </w:p>
    <w:p w14:paraId="54AC2617" w14:textId="77777777" w:rsidR="009874C5" w:rsidRPr="001A78D6" w:rsidRDefault="009874C5" w:rsidP="009874C5">
      <w:pPr>
        <w:pStyle w:val="ListParagraph"/>
        <w:rPr>
          <w:rFonts w:asciiTheme="majorHAnsi" w:hAnsiTheme="majorHAnsi" w:cstheme="majorHAnsi"/>
        </w:rPr>
      </w:pPr>
    </w:p>
    <w:p w14:paraId="23963641" w14:textId="214E837A" w:rsidR="009874C5" w:rsidRPr="001A78D6" w:rsidRDefault="003511B9" w:rsidP="009874C5">
      <w:pPr>
        <w:pStyle w:val="ListNumber"/>
        <w:numPr>
          <w:ilvl w:val="0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  <w:color w:val="EE0000"/>
        </w:rPr>
        <w:lastRenderedPageBreak/>
        <w:t xml:space="preserve">Connor: </w:t>
      </w:r>
      <w:r w:rsidR="009874C5" w:rsidRPr="001A78D6">
        <w:rPr>
          <w:rFonts w:asciiTheme="majorHAnsi" w:hAnsiTheme="majorHAnsi" w:cstheme="majorHAnsi"/>
        </w:rPr>
        <w:t>If, in the future, we decide to interview for a job in the Orchard MAT – what advice would you give to us to help us be successful at getting the job?</w:t>
      </w:r>
    </w:p>
    <w:p w14:paraId="3870CBAB" w14:textId="77777777" w:rsidR="009874C5" w:rsidRDefault="009874C5" w:rsidP="009874C5">
      <w:pPr>
        <w:pStyle w:val="ListNumber"/>
        <w:numPr>
          <w:ilvl w:val="0"/>
          <w:numId w:val="0"/>
        </w:numPr>
      </w:pPr>
    </w:p>
    <w:p w14:paraId="6FAB1027" w14:textId="77777777" w:rsidR="00D67C50" w:rsidRDefault="00D67C50" w:rsidP="009874C5">
      <w:pPr>
        <w:pStyle w:val="ListNumber"/>
        <w:numPr>
          <w:ilvl w:val="0"/>
          <w:numId w:val="0"/>
        </w:numPr>
      </w:pPr>
    </w:p>
    <w:p w14:paraId="225196A6" w14:textId="77777777" w:rsidR="00D67C50" w:rsidRDefault="00D67C50" w:rsidP="009874C5">
      <w:pPr>
        <w:pStyle w:val="ListNumber"/>
        <w:numPr>
          <w:ilvl w:val="0"/>
          <w:numId w:val="0"/>
        </w:numPr>
      </w:pPr>
    </w:p>
    <w:p w14:paraId="23281A90" w14:textId="77777777" w:rsidR="00D67C50" w:rsidRDefault="00D67C50" w:rsidP="009874C5">
      <w:pPr>
        <w:pStyle w:val="ListNumber"/>
        <w:numPr>
          <w:ilvl w:val="0"/>
          <w:numId w:val="0"/>
        </w:numPr>
      </w:pPr>
    </w:p>
    <w:p w14:paraId="1510CFC3" w14:textId="161D7AE3" w:rsidR="00424B90" w:rsidRPr="001A78D6" w:rsidRDefault="003511B9" w:rsidP="009874C5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color w:val="0070C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EE0000"/>
          <w:sz w:val="24"/>
          <w:szCs w:val="24"/>
        </w:rPr>
        <w:t xml:space="preserve">Noah: </w:t>
      </w:r>
      <w:r w:rsidR="001A78D6" w:rsidRPr="001A78D6">
        <w:rPr>
          <w:rFonts w:asciiTheme="majorHAnsi" w:hAnsiTheme="majorHAnsi" w:cstheme="majorHAnsi"/>
          <w:color w:val="0070C0"/>
          <w:sz w:val="24"/>
          <w:szCs w:val="24"/>
        </w:rPr>
        <w:t xml:space="preserve">Thank you, Mr. Davies, for giving us a brilliant insight into the valuable work you do. We are very much looking forward to getting to know you more in the future. </w:t>
      </w:r>
      <w:r w:rsidR="00D67C50" w:rsidRPr="001A78D6">
        <w:rPr>
          <w:rFonts w:asciiTheme="majorHAnsi" w:hAnsiTheme="majorHAnsi" w:cstheme="majorHAnsi"/>
          <w:color w:val="0070C0"/>
          <w:sz w:val="24"/>
          <w:szCs w:val="24"/>
        </w:rPr>
        <w:t xml:space="preserve"> </w:t>
      </w:r>
    </w:p>
    <w:p w14:paraId="0F9AB437" w14:textId="77777777" w:rsidR="00424B90" w:rsidRDefault="00424B90"/>
    <w:p w14:paraId="48426471" w14:textId="77777777" w:rsidR="00424B90" w:rsidRDefault="00424B90"/>
    <w:p w14:paraId="108551DF" w14:textId="77777777" w:rsidR="001A78D6" w:rsidRDefault="001A78D6"/>
    <w:p w14:paraId="29DC146B" w14:textId="77777777" w:rsidR="001A78D6" w:rsidRDefault="001A78D6"/>
    <w:p w14:paraId="7EE7F225" w14:textId="77777777" w:rsidR="001A78D6" w:rsidRDefault="001A78D6"/>
    <w:p w14:paraId="2059978E" w14:textId="77777777" w:rsidR="001A78D6" w:rsidRDefault="001A78D6"/>
    <w:p w14:paraId="369888AF" w14:textId="77777777" w:rsidR="001A78D6" w:rsidRDefault="001A78D6"/>
    <w:p w14:paraId="3393EDFD" w14:textId="77777777" w:rsidR="001A78D6" w:rsidRDefault="001A78D6"/>
    <w:p w14:paraId="0B0CC18F" w14:textId="77777777" w:rsidR="001A78D6" w:rsidRDefault="001A78D6"/>
    <w:p w14:paraId="1E038C1C" w14:textId="77777777" w:rsidR="001A78D6" w:rsidRDefault="001A78D6"/>
    <w:p w14:paraId="158B6D8F" w14:textId="77777777" w:rsidR="001A78D6" w:rsidRDefault="001A78D6"/>
    <w:p w14:paraId="333E2613" w14:textId="77777777" w:rsidR="001A78D6" w:rsidRDefault="001A78D6"/>
    <w:p w14:paraId="39F803A8" w14:textId="77777777" w:rsidR="001A78D6" w:rsidRDefault="001A78D6"/>
    <w:p w14:paraId="763B980B" w14:textId="77777777" w:rsidR="001A78D6" w:rsidRDefault="001A78D6"/>
    <w:p w14:paraId="59718C3D" w14:textId="77777777" w:rsidR="001A78D6" w:rsidRDefault="001A78D6"/>
    <w:p w14:paraId="3763ADA1" w14:textId="77777777" w:rsidR="001A78D6" w:rsidRDefault="001A78D6"/>
    <w:p w14:paraId="1D213DDC" w14:textId="77777777" w:rsidR="001A78D6" w:rsidRDefault="001A78D6"/>
    <w:p w14:paraId="31A0F76A" w14:textId="77777777" w:rsidR="001A78D6" w:rsidRDefault="001A78D6"/>
    <w:p w14:paraId="4B584F3C" w14:textId="77777777" w:rsidR="001A78D6" w:rsidRDefault="001A78D6"/>
    <w:p w14:paraId="7A14F2FD" w14:textId="77777777" w:rsidR="001A78D6" w:rsidRDefault="001A78D6"/>
    <w:p w14:paraId="6A906C78" w14:textId="77777777" w:rsidR="001A78D6" w:rsidRDefault="001A78D6"/>
    <w:p w14:paraId="6BE3D4E5" w14:textId="77777777" w:rsidR="001A78D6" w:rsidRDefault="001A78D6"/>
    <w:p w14:paraId="443FF876" w14:textId="77777777" w:rsidR="001A78D6" w:rsidRDefault="001A78D6" w:rsidP="001A78D6">
      <w:pPr>
        <w:pStyle w:val="Heading1"/>
        <w:jc w:val="center"/>
        <w:rPr>
          <w:rFonts w:cstheme="majorHAnsi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BE9D763" wp14:editId="14F8BBBF">
            <wp:simplePos x="0" y="0"/>
            <wp:positionH relativeFrom="column">
              <wp:posOffset>-541020</wp:posOffset>
            </wp:positionH>
            <wp:positionV relativeFrom="paragraph">
              <wp:posOffset>-327660</wp:posOffset>
            </wp:positionV>
            <wp:extent cx="731520" cy="887013"/>
            <wp:effectExtent l="0" t="0" r="0" b="0"/>
            <wp:wrapTight wrapText="bothSides">
              <wp:wrapPolygon edited="0">
                <wp:start x="1688" y="0"/>
                <wp:lineTo x="1125" y="12069"/>
                <wp:lineTo x="3938" y="15782"/>
                <wp:lineTo x="2250" y="17639"/>
                <wp:lineTo x="2813" y="20888"/>
                <wp:lineTo x="19688" y="20888"/>
                <wp:lineTo x="20250" y="17639"/>
                <wp:lineTo x="18000" y="15782"/>
                <wp:lineTo x="20813" y="14854"/>
                <wp:lineTo x="20813" y="0"/>
                <wp:lineTo x="1688" y="0"/>
              </wp:wrapPolygon>
            </wp:wrapTight>
            <wp:docPr id="1587050640" name="Picture 1" descr="A blue and white shield with a sword and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124560" name="Picture 1" descr="A blue and white shield with a sword and book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887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theme="majorHAnsi"/>
        </w:rPr>
        <w:t xml:space="preserve">Pupil Leadership Team Visit </w:t>
      </w:r>
    </w:p>
    <w:p w14:paraId="652B90AB" w14:textId="77777777" w:rsidR="001A78D6" w:rsidRPr="009874C5" w:rsidRDefault="001A78D6" w:rsidP="001A78D6">
      <w:pPr>
        <w:jc w:val="center"/>
        <w:rPr>
          <w:rFonts w:asciiTheme="majorHAnsi" w:hAnsiTheme="majorHAnsi" w:cstheme="majorHAnsi"/>
          <w:u w:val="single"/>
        </w:rPr>
      </w:pPr>
      <w:r w:rsidRPr="009874C5">
        <w:rPr>
          <w:rFonts w:asciiTheme="majorHAnsi" w:hAnsiTheme="majorHAnsi" w:cstheme="majorHAnsi"/>
          <w:u w:val="single"/>
        </w:rPr>
        <w:t>Thursday 24</w:t>
      </w:r>
      <w:r w:rsidRPr="009874C5">
        <w:rPr>
          <w:rFonts w:asciiTheme="majorHAnsi" w:hAnsiTheme="majorHAnsi" w:cstheme="majorHAnsi"/>
          <w:u w:val="single"/>
          <w:vertAlign w:val="superscript"/>
        </w:rPr>
        <w:t>th</w:t>
      </w:r>
      <w:r w:rsidRPr="009874C5">
        <w:rPr>
          <w:rFonts w:asciiTheme="majorHAnsi" w:hAnsiTheme="majorHAnsi" w:cstheme="majorHAnsi"/>
          <w:u w:val="single"/>
        </w:rPr>
        <w:t xml:space="preserve"> October 2025 </w:t>
      </w:r>
    </w:p>
    <w:p w14:paraId="5359ED1A" w14:textId="7B57A834" w:rsidR="001A78D6" w:rsidRDefault="001A78D6" w:rsidP="001A78D6">
      <w:pPr>
        <w:pStyle w:val="Heading1"/>
      </w:pPr>
      <w:r>
        <w:t xml:space="preserve">Interview </w:t>
      </w:r>
      <w:r w:rsidR="009D6ACF">
        <w:t>with</w:t>
      </w:r>
      <w:r>
        <w:t xml:space="preserve"> </w:t>
      </w:r>
      <w:proofErr w:type="spellStart"/>
      <w:r w:rsidR="009D6ACF">
        <w:t>Mr</w:t>
      </w:r>
      <w:proofErr w:type="spellEnd"/>
      <w:r w:rsidR="009D6ACF">
        <w:t xml:space="preserve"> John Finch</w:t>
      </w:r>
      <w:r>
        <w:t xml:space="preserve"> CEO of </w:t>
      </w:r>
      <w:r w:rsidR="009D6ACF">
        <w:t>John Fich Computers</w:t>
      </w:r>
    </w:p>
    <w:p w14:paraId="5AF84515" w14:textId="6CDCBE1C" w:rsidR="001A78D6" w:rsidRDefault="001A78D6"/>
    <w:p w14:paraId="49D23980" w14:textId="30801DF1" w:rsidR="009D6ACF" w:rsidRDefault="003511B9" w:rsidP="009D6ACF">
      <w:pPr>
        <w:pStyle w:val="ListParagraph"/>
        <w:numPr>
          <w:ilvl w:val="0"/>
          <w:numId w:val="11"/>
        </w:numPr>
      </w:pPr>
      <w:r w:rsidRPr="003511B9">
        <w:rPr>
          <w:b/>
          <w:bCs/>
          <w:color w:val="EE0000"/>
        </w:rPr>
        <w:t>Edith:</w:t>
      </w:r>
      <w:r w:rsidRPr="003511B9">
        <w:rPr>
          <w:color w:val="EE0000"/>
        </w:rPr>
        <w:t xml:space="preserve"> </w:t>
      </w:r>
      <w:r w:rsidR="009D6ACF">
        <w:t xml:space="preserve">What does </w:t>
      </w:r>
      <w:proofErr w:type="gramStart"/>
      <w:r w:rsidR="009D6ACF">
        <w:t>being</w:t>
      </w:r>
      <w:proofErr w:type="gramEnd"/>
      <w:r w:rsidR="009D6ACF">
        <w:t xml:space="preserve"> a CEO of John Finch Computers mean, what do you do? </w:t>
      </w:r>
      <w:r w:rsidR="009D6ACF">
        <w:t xml:space="preserve"> </w:t>
      </w:r>
    </w:p>
    <w:p w14:paraId="20F4D265" w14:textId="77777777" w:rsidR="009D6ACF" w:rsidRDefault="009D6ACF" w:rsidP="009D6ACF"/>
    <w:p w14:paraId="6B383FEF" w14:textId="77777777" w:rsidR="009D6ACF" w:rsidRDefault="009D6ACF" w:rsidP="009D6ACF"/>
    <w:p w14:paraId="67F9AC75" w14:textId="77777777" w:rsidR="009D6ACF" w:rsidRDefault="009D6ACF" w:rsidP="009D6ACF"/>
    <w:p w14:paraId="7059EF6D" w14:textId="35281C38" w:rsidR="009D6ACF" w:rsidRDefault="003511B9" w:rsidP="009D6ACF">
      <w:pPr>
        <w:pStyle w:val="ListParagraph"/>
        <w:numPr>
          <w:ilvl w:val="0"/>
          <w:numId w:val="11"/>
        </w:numPr>
      </w:pPr>
      <w:r w:rsidRPr="003511B9">
        <w:rPr>
          <w:b/>
          <w:bCs/>
          <w:color w:val="EE0000"/>
        </w:rPr>
        <w:t>Rosie:</w:t>
      </w:r>
      <w:r w:rsidRPr="003511B9">
        <w:rPr>
          <w:color w:val="EE0000"/>
        </w:rPr>
        <w:t xml:space="preserve"> </w:t>
      </w:r>
      <w:r w:rsidR="009D6ACF">
        <w:t>What qualities do you think you need to have to be a good CEO?</w:t>
      </w:r>
    </w:p>
    <w:p w14:paraId="45430A28" w14:textId="77777777" w:rsidR="009D6ACF" w:rsidRDefault="009D6ACF" w:rsidP="009D6ACF"/>
    <w:p w14:paraId="1028814B" w14:textId="77777777" w:rsidR="009D6ACF" w:rsidRDefault="009D6ACF" w:rsidP="009D6ACF"/>
    <w:p w14:paraId="7CF4E073" w14:textId="77777777" w:rsidR="009D6ACF" w:rsidRDefault="009D6ACF" w:rsidP="009D6ACF"/>
    <w:p w14:paraId="5953A38C" w14:textId="42706E87" w:rsidR="009D6ACF" w:rsidRDefault="003511B9" w:rsidP="009D6ACF">
      <w:pPr>
        <w:pStyle w:val="ListParagraph"/>
        <w:numPr>
          <w:ilvl w:val="0"/>
          <w:numId w:val="11"/>
        </w:numPr>
      </w:pPr>
      <w:r w:rsidRPr="003511B9">
        <w:rPr>
          <w:b/>
          <w:bCs/>
          <w:color w:val="EE0000"/>
        </w:rPr>
        <w:t>Noah:</w:t>
      </w:r>
      <w:r w:rsidRPr="003511B9">
        <w:rPr>
          <w:color w:val="EE0000"/>
        </w:rPr>
        <w:t xml:space="preserve"> </w:t>
      </w:r>
      <w:r w:rsidR="009D6ACF">
        <w:t>What personality traits and qualities do we need to develop to become good leaders in the future?</w:t>
      </w:r>
    </w:p>
    <w:p w14:paraId="78B610CA" w14:textId="77777777" w:rsidR="009D6ACF" w:rsidRDefault="009D6ACF" w:rsidP="009D6ACF"/>
    <w:p w14:paraId="07A80423" w14:textId="77777777" w:rsidR="009D6ACF" w:rsidRDefault="009D6ACF" w:rsidP="009D6ACF"/>
    <w:p w14:paraId="53B35BB3" w14:textId="77777777" w:rsidR="009D6ACF" w:rsidRDefault="009D6ACF" w:rsidP="009D6ACF"/>
    <w:p w14:paraId="22D1C995" w14:textId="4CB04800" w:rsidR="009D6ACF" w:rsidRDefault="003511B9" w:rsidP="009D6ACF">
      <w:pPr>
        <w:pStyle w:val="ListParagraph"/>
        <w:numPr>
          <w:ilvl w:val="0"/>
          <w:numId w:val="11"/>
        </w:numPr>
      </w:pPr>
      <w:r w:rsidRPr="003511B9">
        <w:rPr>
          <w:b/>
          <w:bCs/>
          <w:color w:val="EE0000"/>
        </w:rPr>
        <w:t>Kenan:</w:t>
      </w:r>
      <w:r w:rsidRPr="003511B9">
        <w:rPr>
          <w:color w:val="EE0000"/>
        </w:rPr>
        <w:t xml:space="preserve"> </w:t>
      </w:r>
      <w:r w:rsidR="009D6ACF">
        <w:t>If I would like to have a career in IT, what qualifications do I need?</w:t>
      </w:r>
    </w:p>
    <w:p w14:paraId="652F0DA7" w14:textId="77777777" w:rsidR="009D6ACF" w:rsidRDefault="009D6ACF" w:rsidP="009D6ACF"/>
    <w:p w14:paraId="592BA62B" w14:textId="77777777" w:rsidR="009D6ACF" w:rsidRDefault="009D6ACF" w:rsidP="009D6ACF"/>
    <w:p w14:paraId="7A92AC0A" w14:textId="77777777" w:rsidR="009D6ACF" w:rsidRDefault="009D6ACF" w:rsidP="009D6ACF"/>
    <w:p w14:paraId="67DEF577" w14:textId="4AE5BF64" w:rsidR="009D6ACF" w:rsidRDefault="003511B9" w:rsidP="009D6ACF">
      <w:pPr>
        <w:pStyle w:val="ListParagraph"/>
        <w:numPr>
          <w:ilvl w:val="0"/>
          <w:numId w:val="11"/>
        </w:numPr>
      </w:pPr>
      <w:proofErr w:type="spellStart"/>
      <w:r w:rsidRPr="003511B9">
        <w:rPr>
          <w:b/>
          <w:bCs/>
          <w:color w:val="EE0000"/>
        </w:rPr>
        <w:t>Aadhu</w:t>
      </w:r>
      <w:proofErr w:type="spellEnd"/>
      <w:r w:rsidRPr="003511B9">
        <w:rPr>
          <w:b/>
          <w:bCs/>
          <w:color w:val="EE0000"/>
        </w:rPr>
        <w:t>:</w:t>
      </w:r>
      <w:r w:rsidRPr="003511B9">
        <w:rPr>
          <w:color w:val="EE0000"/>
        </w:rPr>
        <w:t xml:space="preserve"> </w:t>
      </w:r>
      <w:r w:rsidR="009D6ACF">
        <w:t xml:space="preserve">Have you or your company ever entered any tech competitions or won any awards? </w:t>
      </w:r>
      <w:r w:rsidR="009D6ACF">
        <w:t xml:space="preserve"> </w:t>
      </w:r>
    </w:p>
    <w:p w14:paraId="6F7BBD8E" w14:textId="77777777" w:rsidR="009D6ACF" w:rsidRDefault="009D6ACF" w:rsidP="009D6ACF"/>
    <w:p w14:paraId="7923DCEE" w14:textId="77777777" w:rsidR="009D6ACF" w:rsidRDefault="009D6ACF" w:rsidP="009D6ACF"/>
    <w:p w14:paraId="6FDF8979" w14:textId="77777777" w:rsidR="009D6ACF" w:rsidRDefault="009D6ACF" w:rsidP="009D6ACF"/>
    <w:p w14:paraId="6DA9E043" w14:textId="5EDF95C7" w:rsidR="009D6ACF" w:rsidRDefault="00D67C50" w:rsidP="009D6ACF">
      <w:pPr>
        <w:pStyle w:val="ListParagraph"/>
        <w:numPr>
          <w:ilvl w:val="0"/>
          <w:numId w:val="11"/>
        </w:numPr>
      </w:pPr>
      <w:r>
        <w:rPr>
          <w:b/>
          <w:bCs/>
          <w:color w:val="EE0000"/>
        </w:rPr>
        <w:t xml:space="preserve">Connor: </w:t>
      </w:r>
      <w:r w:rsidR="009D6ACF">
        <w:t>What age did you start your company and how many people do you now employ?</w:t>
      </w:r>
    </w:p>
    <w:p w14:paraId="290D6D8A" w14:textId="77777777" w:rsidR="009D6ACF" w:rsidRDefault="009D6ACF" w:rsidP="009D6ACF"/>
    <w:p w14:paraId="68BE3E81" w14:textId="77777777" w:rsidR="009D6ACF" w:rsidRDefault="009D6ACF" w:rsidP="009D6ACF"/>
    <w:p w14:paraId="6570DA51" w14:textId="2228F354" w:rsidR="009D6ACF" w:rsidRDefault="00D67C50" w:rsidP="009D6ACF">
      <w:pPr>
        <w:pStyle w:val="ListParagraph"/>
        <w:numPr>
          <w:ilvl w:val="0"/>
          <w:numId w:val="11"/>
        </w:numPr>
      </w:pPr>
      <w:r>
        <w:rPr>
          <w:b/>
          <w:bCs/>
          <w:color w:val="EE0000"/>
        </w:rPr>
        <w:t xml:space="preserve">Edith: </w:t>
      </w:r>
      <w:r w:rsidR="009D6ACF">
        <w:t xml:space="preserve">What advice would you give to us about how to become a leader of the future? </w:t>
      </w:r>
    </w:p>
    <w:p w14:paraId="35744525" w14:textId="77777777" w:rsidR="009D6ACF" w:rsidRDefault="009D6ACF" w:rsidP="009D6ACF"/>
    <w:p w14:paraId="07A48834" w14:textId="77777777" w:rsidR="009D6ACF" w:rsidRDefault="009D6ACF" w:rsidP="009D6ACF"/>
    <w:p w14:paraId="488D6F9D" w14:textId="4C030628" w:rsidR="009D6ACF" w:rsidRDefault="00D67C50" w:rsidP="009D6ACF">
      <w:pPr>
        <w:pStyle w:val="ListParagraph"/>
        <w:numPr>
          <w:ilvl w:val="0"/>
          <w:numId w:val="11"/>
        </w:numPr>
      </w:pPr>
      <w:r>
        <w:rPr>
          <w:b/>
          <w:bCs/>
          <w:color w:val="EE0000"/>
        </w:rPr>
        <w:t xml:space="preserve">Rosie: </w:t>
      </w:r>
      <w:r w:rsidR="009D6ACF">
        <w:t>Out of all the tech in the world</w:t>
      </w:r>
      <w:proofErr w:type="gramStart"/>
      <w:r>
        <w:t>,</w:t>
      </w:r>
      <w:r w:rsidR="009D6ACF">
        <w:t xml:space="preserve"> </w:t>
      </w:r>
      <w:r>
        <w:t>which</w:t>
      </w:r>
      <w:proofErr w:type="gramEnd"/>
      <w:r>
        <w:t xml:space="preserve"> </w:t>
      </w:r>
      <w:r w:rsidR="009D6ACF">
        <w:t>do you find the most exciting and do you have any tech projects that you or your team have developed that you can tell us about?</w:t>
      </w:r>
    </w:p>
    <w:p w14:paraId="2CB6FF70" w14:textId="77777777" w:rsidR="00D67C50" w:rsidRDefault="00D67C50" w:rsidP="00D67C50"/>
    <w:p w14:paraId="5854B701" w14:textId="77777777" w:rsidR="00D67C50" w:rsidRDefault="00D67C50" w:rsidP="00D67C50"/>
    <w:p w14:paraId="74FFA556" w14:textId="77777777" w:rsidR="009D6ACF" w:rsidRDefault="009D6ACF" w:rsidP="009D6ACF"/>
    <w:p w14:paraId="01C7E4C3" w14:textId="7C3B6FC1" w:rsidR="009D6ACF" w:rsidRPr="009D6ACF" w:rsidRDefault="00D67C50" w:rsidP="009D6ACF">
      <w:pPr>
        <w:rPr>
          <w:color w:val="0070C0"/>
        </w:rPr>
      </w:pPr>
      <w:proofErr w:type="spellStart"/>
      <w:r>
        <w:rPr>
          <w:b/>
          <w:bCs/>
          <w:color w:val="EE0000"/>
        </w:rPr>
        <w:t>Aadhu</w:t>
      </w:r>
      <w:proofErr w:type="spellEnd"/>
      <w:r>
        <w:rPr>
          <w:b/>
          <w:bCs/>
          <w:color w:val="EE0000"/>
        </w:rPr>
        <w:t xml:space="preserve">: </w:t>
      </w:r>
      <w:r w:rsidR="009D6ACF" w:rsidRPr="009D6ACF">
        <w:rPr>
          <w:color w:val="0070C0"/>
        </w:rPr>
        <w:t xml:space="preserve">Thank you, Mr. </w:t>
      </w:r>
      <w:r w:rsidR="009D6ACF" w:rsidRPr="009D6ACF">
        <w:rPr>
          <w:color w:val="0070C0"/>
        </w:rPr>
        <w:t>Finch</w:t>
      </w:r>
      <w:r w:rsidR="009D6ACF" w:rsidRPr="009D6ACF">
        <w:rPr>
          <w:color w:val="0070C0"/>
        </w:rPr>
        <w:t xml:space="preserve">, </w:t>
      </w:r>
      <w:r w:rsidR="009D6ACF" w:rsidRPr="009D6ACF">
        <w:rPr>
          <w:color w:val="0070C0"/>
        </w:rPr>
        <w:t xml:space="preserve">we have a </w:t>
      </w:r>
      <w:proofErr w:type="gramStart"/>
      <w:r w:rsidR="009D6ACF" w:rsidRPr="009D6ACF">
        <w:rPr>
          <w:color w:val="0070C0"/>
        </w:rPr>
        <w:t>really great</w:t>
      </w:r>
      <w:proofErr w:type="gramEnd"/>
      <w:r w:rsidR="009D6ACF" w:rsidRPr="009D6ACF">
        <w:rPr>
          <w:color w:val="0070C0"/>
        </w:rPr>
        <w:t xml:space="preserve"> understanding of what you do and how you came to be </w:t>
      </w:r>
      <w:r w:rsidRPr="009D6ACF">
        <w:rPr>
          <w:color w:val="0070C0"/>
        </w:rPr>
        <w:t>the CEO</w:t>
      </w:r>
      <w:r w:rsidR="009D6ACF" w:rsidRPr="009D6ACF">
        <w:rPr>
          <w:color w:val="0070C0"/>
        </w:rPr>
        <w:t xml:space="preserve"> of your company. </w:t>
      </w:r>
      <w:r w:rsidR="009D6ACF" w:rsidRPr="009D6ACF">
        <w:rPr>
          <w:color w:val="0070C0"/>
        </w:rPr>
        <w:t xml:space="preserve"> </w:t>
      </w:r>
      <w:r w:rsidR="009D6ACF" w:rsidRPr="009D6ACF">
        <w:rPr>
          <w:color w:val="0070C0"/>
        </w:rPr>
        <w:t xml:space="preserve">Thank you for making us feel so welcome. </w:t>
      </w:r>
    </w:p>
    <w:sectPr w:rsidR="009D6ACF" w:rsidRPr="009D6ACF" w:rsidSect="009874C5">
      <w:pgSz w:w="12240" w:h="15840"/>
      <w:pgMar w:top="1440" w:right="1800" w:bottom="144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D04ED3"/>
    <w:multiLevelType w:val="hybridMultilevel"/>
    <w:tmpl w:val="26FE39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63CD5"/>
    <w:multiLevelType w:val="hybridMultilevel"/>
    <w:tmpl w:val="BE568E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305616">
    <w:abstractNumId w:val="8"/>
  </w:num>
  <w:num w:numId="2" w16cid:durableId="18707091">
    <w:abstractNumId w:val="6"/>
  </w:num>
  <w:num w:numId="3" w16cid:durableId="1117138759">
    <w:abstractNumId w:val="5"/>
  </w:num>
  <w:num w:numId="4" w16cid:durableId="116031301">
    <w:abstractNumId w:val="4"/>
  </w:num>
  <w:num w:numId="5" w16cid:durableId="2137067543">
    <w:abstractNumId w:val="7"/>
  </w:num>
  <w:num w:numId="6" w16cid:durableId="475032639">
    <w:abstractNumId w:val="3"/>
  </w:num>
  <w:num w:numId="7" w16cid:durableId="2022971857">
    <w:abstractNumId w:val="2"/>
  </w:num>
  <w:num w:numId="8" w16cid:durableId="1682581598">
    <w:abstractNumId w:val="1"/>
  </w:num>
  <w:num w:numId="9" w16cid:durableId="1110008716">
    <w:abstractNumId w:val="0"/>
  </w:num>
  <w:num w:numId="10" w16cid:durableId="613831327">
    <w:abstractNumId w:val="10"/>
  </w:num>
  <w:num w:numId="11" w16cid:durableId="11147845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A78D6"/>
    <w:rsid w:val="0029639D"/>
    <w:rsid w:val="00326F90"/>
    <w:rsid w:val="003511B9"/>
    <w:rsid w:val="00424B90"/>
    <w:rsid w:val="008B0EDE"/>
    <w:rsid w:val="009874C5"/>
    <w:rsid w:val="009D6ACF"/>
    <w:rsid w:val="00AA1D8D"/>
    <w:rsid w:val="00B47730"/>
    <w:rsid w:val="00CB0664"/>
    <w:rsid w:val="00D67C5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CC0E251"/>
  <w14:defaultImageDpi w14:val="300"/>
  <w15:docId w15:val="{96453DA8-B29A-4F90-99B3-1FA9E73B9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Elizabeth Vautier- Thomas</cp:lastModifiedBy>
  <cp:revision>2</cp:revision>
  <cp:lastPrinted>2025-10-13T14:58:00Z</cp:lastPrinted>
  <dcterms:created xsi:type="dcterms:W3CDTF">2025-10-13T14:58:00Z</dcterms:created>
  <dcterms:modified xsi:type="dcterms:W3CDTF">2025-10-13T14:58:00Z</dcterms:modified>
  <cp:category/>
</cp:coreProperties>
</file>